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小四數學・課題 7・菱形｜菱形遠征設計稿</w:t>
      </w:r>
    </w:p>
    <w:p>
      <w:r>
        <w:rPr>
          <w:sz w:val="22"/>
        </w:rPr>
        <w:t>來源：教育局 4S1 四邊形（三）；現代教育版小四課題 7。</w:t>
      </w:r>
    </w:p>
    <w:p>
      <w:r>
        <w:rPr>
          <w:sz w:val="22"/>
        </w:rPr>
        <w:t>範圍：菱形性質、辨認、繪畫製作；正方形皆是菱形。完整温氏圖／四邊形關係留課題 8。</w:t>
      </w:r>
    </w:p>
    <w:p>
      <w:r>
        <w:rPr>
          <w:sz w:val="22"/>
        </w:rPr>
        <w:t>畫面：選夥伴、選世界、星星／金幣、全畫面動作＋粒子、可選廣東話語音。禁平面 MCQ 卡。對齊教案／概念卡世界名。</w:t>
      </w:r>
    </w:p>
    <w:p>
      <w:pPr>
        <w:pStyle w:val="Heading2"/>
      </w:pPr>
      <w:r>
        <w:t>大廳</w:t>
      </w:r>
    </w:p>
    <w:p>
      <w:r>
        <w:rPr>
          <w:sz w:val="22"/>
        </w:rPr>
        <w:t>選夥伴 → 五世界地圖（順序解鎖）→ 音效／語音。答對先過；答錯逐步引導至啱。</w:t>
      </w:r>
    </w:p>
    <w:p>
      <w:pPr>
        <w:pStyle w:val="Heading2"/>
      </w:pPr>
      <w:r>
        <w:t>世界 1　等邊港（咩係菱形）</w:t>
      </w:r>
    </w:p>
    <w:p>
      <w:r>
        <w:rPr>
          <w:sz w:val="22"/>
        </w:rPr>
        <w:t>玩法：用能量線量四邊、對邊「鎖平行」——兩邊光條合埋先開碼頭閘。</w:t>
      </w:r>
    </w:p>
    <w:p>
      <w:r>
        <w:rPr>
          <w:sz w:val="22"/>
        </w:rPr>
        <w:t>淺：企正清楚菱形｜中：稍傾斜仍要查兩性質。</w:t>
      </w:r>
    </w:p>
    <w:p>
      <w:pPr>
        <w:pStyle w:val="Heading2"/>
      </w:pPr>
      <w:r>
        <w:t>世界 2　傾斜峽谷（辨認真假）</w:t>
      </w:r>
    </w:p>
    <w:p>
      <w:r>
        <w:rPr>
          <w:sz w:val="22"/>
        </w:rPr>
        <w:t>玩法：衝過峽谷，真菱形橋可過、假形塌下；旋轉／傾斜關卡必出。</w:t>
      </w:r>
    </w:p>
    <w:p>
      <w:r>
        <w:rPr>
          <w:sz w:val="22"/>
        </w:rPr>
        <w:t>陷阱：靠「企正」感覺。假＝邊唔等或對邊唔平行。</w:t>
      </w:r>
    </w:p>
    <w:p>
      <w:pPr>
        <w:pStyle w:val="Heading2"/>
      </w:pPr>
      <w:r>
        <w:t>世界 3　釘點工坊（繪畫／製作）</w:t>
      </w:r>
    </w:p>
    <w:p>
      <w:r>
        <w:rPr>
          <w:sz w:val="22"/>
        </w:rPr>
        <w:t>玩法：喺釘點紙／格線拖點連線，或拼幾何條；系統檢查四邊等長＋對邊平行先亮綠燈。</w:t>
      </w:r>
    </w:p>
    <w:p>
      <w:r>
        <w:rPr>
          <w:sz w:val="22"/>
        </w:rPr>
        <w:t>淺：跟示範釘點｜中：自己砌一個。</w:t>
      </w:r>
    </w:p>
    <w:p>
      <w:pPr>
        <w:pStyle w:val="Heading2"/>
      </w:pPr>
      <w:r>
        <w:t>世界 4　正方形關（菱形 vs 正方形）</w:t>
      </w:r>
    </w:p>
    <w:p>
      <w:r>
        <w:rPr>
          <w:sz w:val="22"/>
        </w:rPr>
        <w:t>玩法：分揀傳送帶——正方形入「都係菱形」區；非正方形菱形入「只係菱形」區；長方形等干擾形入「唔係菱形」。</w:t>
      </w:r>
    </w:p>
    <w:p>
      <w:r>
        <w:rPr>
          <w:sz w:val="22"/>
        </w:rPr>
        <w:t>硬性：所有正方形皆是菱形；菱形唔一定係正方形。防錯：唔講死菱形＝正方形。</w:t>
      </w:r>
    </w:p>
    <w:p>
      <w:pPr>
        <w:pStyle w:val="Heading2"/>
      </w:pPr>
      <w:r>
        <w:t>世界 5　Boss 島（綜合診斷）</w:t>
      </w:r>
    </w:p>
    <w:p>
      <w:r>
        <w:rPr>
          <w:sz w:val="22"/>
        </w:rPr>
        <w:t>淺：講兩大性質｜中：辨傾斜真假｜深：畫／砌一個＋判正方形／菱形關係。每題可揀「用邊個性質檢查」。</w:t>
      </w:r>
    </w:p>
    <w:p>
      <w:pPr>
        <w:pStyle w:val="Heading2"/>
      </w:pPr>
      <w:r>
        <w:t>難度／成功準則</w:t>
      </w:r>
    </w:p>
    <w:p>
      <w:r>
        <w:rPr>
          <w:sz w:val="22"/>
        </w:rPr>
        <w:t>淺→中→深。講得出兩大性質；辨認傾斜菱形；畫得到；明白包含關係。</w:t>
      </w:r>
    </w:p>
    <w:p>
      <w:r>
        <w:rPr>
          <w:sz w:val="22"/>
        </w:rPr>
        <w:t>常見錯：靠外觀唔查性質；搞亂正方形同菱形。</w:t>
      </w:r>
    </w:p>
    <w:p>
      <w:pPr>
        <w:pStyle w:val="Heading2"/>
      </w:pPr>
      <w:r>
        <w:t>收集物／流程</w:t>
      </w:r>
    </w:p>
    <w:p>
      <w:r>
        <w:rPr>
          <w:sz w:val="22"/>
        </w:rPr>
        <w:t>星星、金幣、性質徽章（等邊／平行／辨認／包含）。</w:t>
      </w:r>
    </w:p>
    <w:p>
      <w:r>
        <w:rPr>
          <w:sz w:val="22"/>
        </w:rPr>
        <w:t>每題：場面動作 → 判斷／操作 → 即時引導回饋。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