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小四數學 · 課題7 · 菱形｜教案（課1–5）</w:t>
      </w:r>
    </w:p>
    <w:p>
      <w:r>
        <w:rPr>
          <w:sz w:val="22"/>
        </w:rPr>
        <w:t>來源：教育局 4S1《小學數學課程闡釋》KS2／《數學教育學習領域課程指引》補充文件（四邊形）；現代教育版小四《現代小學數學》第二版 4上A 課題7「菱形」。</w:t>
      </w:r>
    </w:p>
    <w:p>
      <w:r>
        <w:rPr>
          <w:sz w:val="22"/>
        </w:rPr>
        <w:t>範圍：菱形性質（四邊等長、兩組對邊分別平行）、辨認、繪畫／製作；初步認識「所有正方形皆是菱形」。完整四邊形包含關係（温氏圖等）暫緩至課題8。</w:t>
      </w:r>
    </w:p>
    <w:p>
      <w:r>
        <w:rPr>
          <w:sz w:val="22"/>
        </w:rPr>
        <w:t>對齊遊戲（暫定）：「菱形遠征」關卡 1–5；難度淺→中→深。各課 ≤30 分鐘。畫面／活動跟遠征級吸睛標準。</w:t>
      </w:r>
    </w:p>
    <w:p>
      <w:r>
        <w:rPr>
          <w:b/>
          <w:sz w:val="28"/>
        </w:rPr>
        <w:t>學習目標（單元）</w:t>
      </w:r>
    </w:p>
    <w:p>
      <w:r>
        <w:rPr>
          <w:sz w:val="22"/>
        </w:rPr>
        <w:t>• 認識菱形：四邊等長；兩組對邊分別平行。</w:t>
      </w:r>
    </w:p>
    <w:p>
      <w:r>
        <w:rPr>
          <w:sz w:val="22"/>
        </w:rPr>
        <w:t>• 會辨認／繪畫／製作菱形（釘點紙、格線紙、幾何條等）。</w:t>
      </w:r>
    </w:p>
    <w:p>
      <w:r>
        <w:rPr>
          <w:sz w:val="22"/>
        </w:rPr>
        <w:t>• 初步連到「所有正方形皆是菱形」（詳細包含關係放課題8）。</w:t>
      </w:r>
    </w:p>
    <w:p>
      <w:r>
        <w:rPr>
          <w:b/>
          <w:sz w:val="28"/>
        </w:rPr>
        <w:t>成功準則</w:t>
      </w:r>
    </w:p>
    <w:p>
      <w:r>
        <w:rPr>
          <w:sz w:val="22"/>
        </w:rPr>
        <w:t>講得出菱形兩大性質；辨認傾斜／旋轉菱形；畫得到；明白正方形係菱形，但菱形唔一定係正方形。</w:t>
      </w:r>
    </w:p>
    <w:p>
      <w:r>
        <w:rPr>
          <w:b/>
          <w:sz w:val="28"/>
        </w:rPr>
        <w:t>常見誤解</w:t>
      </w:r>
    </w:p>
    <w:p>
      <w:r>
        <w:rPr>
          <w:sz w:val="22"/>
        </w:rPr>
        <w:t>• 以為菱形一定「企正」、尖角向上先算。</w:t>
      </w:r>
    </w:p>
    <w:p>
      <w:r>
        <w:rPr>
          <w:sz w:val="22"/>
        </w:rPr>
        <w:t>• 以為只要「斜斜哋嘅四邊形」就係菱形（唔查邊長／平行）。</w:t>
      </w:r>
    </w:p>
    <w:p>
      <w:r>
        <w:rPr>
          <w:sz w:val="22"/>
        </w:rPr>
        <w:t>• 搞亂：菱形一定係正方形；或正方形唔係菱形。</w:t>
      </w:r>
    </w:p>
    <w:p>
      <w:r>
        <w:rPr>
          <w:b/>
          <w:sz w:val="28"/>
        </w:rPr>
        <w:t>課1　咩係菱形｜等邊港</w:t>
      </w:r>
    </w:p>
    <w:p>
      <w:r>
        <w:rPr>
          <w:sz w:val="22"/>
        </w:rPr>
        <w:t>目標：認識菱形兩大性質——四邊等長、兩組對邊分別平行。</w:t>
      </w:r>
    </w:p>
    <w:p>
      <w:r>
        <w:rPr>
          <w:sz w:val="22"/>
        </w:rPr>
        <w:t>0–5′　出示幾款四邊形（正方形、長方形、平行四邊形、菱形、一般四邊形）→ 問「邊個四邊一樣長？」引入菱形。</w:t>
      </w:r>
    </w:p>
    <w:p>
      <w:r>
        <w:rPr>
          <w:sz w:val="22"/>
        </w:rPr>
        <w:t>5–15′　探究：量／比邊長；用幾何條或摺紙發現四邊等長；對邊「拉直唔交叉」→ 平行。口訣：「邊一樣長，對邊平行」。</w:t>
      </w:r>
    </w:p>
    <w:p>
      <w:r>
        <w:rPr>
          <w:sz w:val="22"/>
        </w:rPr>
        <w:t>15–25′　淺練：邊長明顯相等嘅菱形 vs 明顯唔等嘅斜四邊形；口頭講「點知係／唔係」。</w:t>
      </w:r>
    </w:p>
    <w:p>
      <w:r>
        <w:rPr>
          <w:sz w:val="22"/>
        </w:rPr>
        <w:t>25–30′　小結＋防錯：斜斜睇都可能係菱形——關鍵係性質，唔係「企正」。</w:t>
      </w:r>
    </w:p>
    <w:p>
      <w:r>
        <w:rPr>
          <w:b/>
          <w:sz w:val="28"/>
        </w:rPr>
        <w:t>課2　辨認真假菱形｜傾斜峽谷</w:t>
      </w:r>
    </w:p>
    <w:p>
      <w:r>
        <w:rPr>
          <w:sz w:val="22"/>
        </w:rPr>
        <w:t>目標：在旋轉、傾斜、視覺陷阱下正確辨認菱形。</w:t>
      </w:r>
    </w:p>
    <w:p>
      <w:r>
        <w:rPr>
          <w:sz w:val="22"/>
        </w:rPr>
        <w:t>0–5′　重溫兩大性質；出示「企正」菱形 vs 轉咗角度嘅菱形。</w:t>
      </w:r>
    </w:p>
    <w:p>
      <w:r>
        <w:rPr>
          <w:sz w:val="22"/>
        </w:rPr>
        <w:t>5–15′　陷阱卡：看似斜但其實四邊等長；看似菱形但其實邊唔等／只有一組平行。學生用「邊→平行」兩步檢查。</w:t>
      </w:r>
    </w:p>
    <w:p>
      <w:r>
        <w:rPr>
          <w:sz w:val="22"/>
        </w:rPr>
        <w:t>15–25′　淺→中：明顯例子 → 旋轉／傾斜／接近正方形角度嘅混淆圖。</w:t>
      </w:r>
    </w:p>
    <w:p>
      <w:r>
        <w:rPr>
          <w:sz w:val="22"/>
        </w:rPr>
        <w:t>25–30′　小結：辨認要驗證性質，唔好靠感覺「斜唔斜」。</w:t>
      </w:r>
    </w:p>
    <w:p>
      <w:r>
        <w:rPr>
          <w:b/>
          <w:sz w:val="28"/>
        </w:rPr>
        <w:t>課3　繪畫／製作菱形｜釘點工坊</w:t>
      </w:r>
    </w:p>
    <w:p>
      <w:r>
        <w:rPr>
          <w:sz w:val="22"/>
        </w:rPr>
        <w:t>目標：用釘點紙、格線紙或幾何條繪畫／製作菱形。</w:t>
      </w:r>
    </w:p>
    <w:p>
      <w:r>
        <w:rPr>
          <w:sz w:val="22"/>
        </w:rPr>
        <w:t>0–5′　示範：釘點紙上揀四點，令四段釘距相等（或格線上等斜／等距）。</w:t>
      </w:r>
    </w:p>
    <w:p>
      <w:r>
        <w:rPr>
          <w:sz w:val="22"/>
        </w:rPr>
        <w:t>5–15′　製作：幾何條組菱形；或格線紙畫「邊長一樣」嘅菱形（教師示範一步）。</w:t>
      </w:r>
    </w:p>
    <w:p>
      <w:r>
        <w:rPr>
          <w:sz w:val="22"/>
        </w:rPr>
        <w:t>15–25′　淺：跟示範畫／組；中：自己選邊長畫一個；同桌互查「四邊等長？對邊平行？」</w:t>
      </w:r>
    </w:p>
    <w:p>
      <w:r>
        <w:rPr>
          <w:sz w:val="22"/>
        </w:rPr>
        <w:t>25–30′　展示 1–2 件作品；糾正「只求斜、唔量邊」嘅做法。</w:t>
      </w:r>
    </w:p>
    <w:p>
      <w:r>
        <w:rPr>
          <w:b/>
          <w:sz w:val="28"/>
        </w:rPr>
        <w:t>課4　菱形 vs 正方形｜正方形關</w:t>
      </w:r>
    </w:p>
    <w:p>
      <w:r>
        <w:rPr>
          <w:sz w:val="22"/>
        </w:rPr>
        <w:t>目標：明白所有正方形都是菱形；菱形不一定是正方形（差在角／是否直角）。</w:t>
      </w:r>
    </w:p>
    <w:p>
      <w:r>
        <w:rPr>
          <w:sz w:val="22"/>
        </w:rPr>
        <w:t>0–5′　重溫菱形性質；拎出正方形：「四邊等長？對邊平行？」→ 正方形符合菱形定義。</w:t>
      </w:r>
    </w:p>
    <w:p>
      <w:r>
        <w:rPr>
          <w:sz w:val="22"/>
        </w:rPr>
        <w:t>5–15′　對照表：正方形多咗「四個直角／角相等」；一般菱形可以尖角唔係直角。</w:t>
      </w:r>
    </w:p>
    <w:p>
      <w:r>
        <w:rPr>
          <w:sz w:val="22"/>
        </w:rPr>
        <w:t>15–25′　淺：分類圖卡（正方形／菱形非正方形／長方形／其他）；中：一句話解釋「點解正方形係菱形」。</w:t>
      </w:r>
    </w:p>
    <w:p>
      <w:r>
        <w:rPr>
          <w:sz w:val="22"/>
        </w:rPr>
        <w:t>25–30′　防錯：唔好講「菱形＝正方形」；完整温氏圖式關係留課題8。</w:t>
      </w:r>
    </w:p>
    <w:p>
      <w:r>
        <w:rPr>
          <w:b/>
          <w:sz w:val="28"/>
        </w:rPr>
        <w:t>課5　混合複習／診斷｜Boss島</w:t>
      </w:r>
    </w:p>
    <w:p>
      <w:r>
        <w:rPr>
          <w:sz w:val="22"/>
        </w:rPr>
        <w:t>目標：綜合性質、辨認、繪畫概念與正方形關係；自我檢查。</w:t>
      </w:r>
    </w:p>
    <w:p>
      <w:r>
        <w:rPr>
          <w:sz w:val="22"/>
        </w:rPr>
        <w:t>0–8′　概念急轉彎：兩大性質、傾斜辨認、正方形係菱形——口頭速答。</w:t>
      </w:r>
    </w:p>
    <w:p>
      <w:r>
        <w:rPr>
          <w:sz w:val="22"/>
        </w:rPr>
        <w:t>8–20′　診斷（約 8 題）：性質判斷＋真假菱形＋1 題「正方形／菱形」關係；跟淺→深，唔加奧數／複雜證明。</w:t>
      </w:r>
    </w:p>
    <w:p>
      <w:r>
        <w:rPr>
          <w:sz w:val="22"/>
        </w:rPr>
        <w:t>20–28′　錯題會診（對齊成功準則）。</w:t>
      </w:r>
    </w:p>
    <w:p>
      <w:r>
        <w:rPr>
          <w:sz w:val="22"/>
        </w:rPr>
        <w:t>28–30′　預告：溫習遊戲「菱形遠征」／測驗用同一套目標。</w:t>
      </w:r>
    </w:p>
    <w:p>
      <w:r>
        <w:rPr>
          <w:b/>
          <w:sz w:val="28"/>
        </w:rPr>
        <w:t>備註</w:t>
      </w:r>
    </w:p>
    <w:p>
      <w:r>
        <w:rPr>
          <w:sz w:val="22"/>
        </w:rPr>
        <w:t>字詞：菱形、邊、對邊、平行、等長、正方形（小學直觀描述為主，唔要求形式證明）。</w:t>
      </w:r>
    </w:p>
    <w:p>
      <w:r>
        <w:rPr>
          <w:sz w:val="22"/>
        </w:rPr>
        <w:t>本檔供教師備課；學生溫習用「菱形遠征」遊戲同概念卡。Canva 課堂簡報另出。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